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E14CC" w14:textId="77777777" w:rsidR="009F2D0E" w:rsidRDefault="009F2D0E">
      <w:pPr>
        <w:jc w:val="center"/>
      </w:pPr>
    </w:p>
    <w:p w14:paraId="43D0C5E7" w14:textId="77777777" w:rsidR="009F2D0E" w:rsidRDefault="00FD6253">
      <w:pPr>
        <w:jc w:val="center"/>
      </w:pPr>
      <w:r>
        <w:rPr>
          <w:b/>
          <w:color w:val="004B64"/>
          <w:sz w:val="44"/>
        </w:rPr>
        <w:t>Gründungsprotokoll</w:t>
      </w:r>
    </w:p>
    <w:p w14:paraId="3B45090F" w14:textId="77777777" w:rsidR="009F2D0E" w:rsidRDefault="00FD6253">
      <w:pPr>
        <w:jc w:val="center"/>
      </w:pPr>
      <w:r>
        <w:rPr>
          <w:i/>
          <w:color w:val="64A032"/>
          <w:sz w:val="24"/>
        </w:rPr>
        <w:t>über die Errichtung des Vereins „KreativWerk n.e.V.“</w:t>
      </w:r>
    </w:p>
    <w:p w14:paraId="62794BA1" w14:textId="77777777" w:rsidR="009F2D0E" w:rsidRDefault="00FD6253">
      <w:r>
        <w:br/>
      </w:r>
    </w:p>
    <w:p w14:paraId="62574EC1" w14:textId="77777777" w:rsidR="009F2D0E" w:rsidRDefault="00FD6253">
      <w:r>
        <w:rPr>
          <w:b/>
          <w:color w:val="004B64"/>
          <w:sz w:val="26"/>
        </w:rPr>
        <w:t>1. Rahmendaten der Gründungsversammlung</w:t>
      </w:r>
    </w:p>
    <w:p w14:paraId="4A753833" w14:textId="77777777" w:rsidR="009F2D0E" w:rsidRDefault="00FD6253">
      <w:r>
        <w:t>Datum: 17.05.2026</w:t>
      </w:r>
      <w:r>
        <w:br/>
        <w:t>Beginn: 19:00 Uhr</w:t>
      </w:r>
      <w:r>
        <w:br/>
        <w:t>Ort: Warendorfer Str. 48, 59320 Ennigerloh (Vereinssitz)</w:t>
      </w:r>
      <w:r>
        <w:br/>
        <w:t>Anwesende Gründungsmitglieder: 7 Personen (gemäß beigefügter Anwesenheitsliste)</w:t>
      </w:r>
    </w:p>
    <w:p w14:paraId="0DF9E08F" w14:textId="77777777" w:rsidR="009F2D0E" w:rsidRDefault="009F2D0E"/>
    <w:p w14:paraId="4628943B" w14:textId="77777777" w:rsidR="009F2D0E" w:rsidRDefault="00FD6253">
      <w:r>
        <w:rPr>
          <w:b/>
          <w:color w:val="004B64"/>
          <w:sz w:val="26"/>
        </w:rPr>
        <w:t>2. Eröffnung und Tagesordnung</w:t>
      </w:r>
    </w:p>
    <w:p w14:paraId="1DCB83D0" w14:textId="77777777" w:rsidR="009F2D0E" w:rsidRDefault="00FD6253">
      <w:r>
        <w:t>Die Initiatoren des Vereins eröffnen die Versammlung und begrüßen die Erschienenen. Es wird einstimmig folgende Tagesordnung für die heutige Gründungsversammlung festgelegt:</w:t>
      </w:r>
      <w:r>
        <w:br/>
        <w:t>TOP 1: Beratung und Feststellung der Vereinssatzung</w:t>
      </w:r>
      <w:r>
        <w:br/>
        <w:t>TOP 2: Offizielle Gründung des Vereins und Namensgebung</w:t>
      </w:r>
      <w:r>
        <w:br/>
        <w:t>TOP 3: Wahl des Vereinsvorstands</w:t>
      </w:r>
      <w:r>
        <w:br/>
        <w:t>TOP 4: Festlegung der Beitragsstruktur / Weitere Schritte</w:t>
      </w:r>
    </w:p>
    <w:p w14:paraId="238C7704" w14:textId="77777777" w:rsidR="009F2D0E" w:rsidRDefault="009F2D0E"/>
    <w:p w14:paraId="5EBE8D9F" w14:textId="77777777" w:rsidR="009F2D0E" w:rsidRDefault="00FD6253">
      <w:r>
        <w:rPr>
          <w:b/>
          <w:color w:val="004B64"/>
          <w:sz w:val="26"/>
        </w:rPr>
        <w:t>TOP 1 &amp; 2: Beratung der Satzung und Vereinsgründung</w:t>
      </w:r>
    </w:p>
    <w:p w14:paraId="4F4BFD4E" w14:textId="77777777" w:rsidR="009F2D0E" w:rsidRDefault="00FD6253">
      <w:r>
        <w:t>Den Anwesenden liegt der Entwurf der Vereinssatzung für das „KreativWerk n.e.V.“ vor. Nach eingehender Besprechung, insbesondere der Schwerpunkte Fotografie, Videografie, Naturismus sowie des strengen Verhaltenscodex zum Schutz der Intimsphäre, stimmen die anwesenden Personen der Satzung einstimmig zu.</w:t>
      </w:r>
      <w:r>
        <w:br/>
      </w:r>
      <w:r>
        <w:br/>
        <w:t>Die Gründer erklären hiermit ausdrücklich die Errichtung des nicht eingetragenen Vereins unter dem Namen „KreativWerk n.e.V.“ mit Sitz in Ennigerloh.</w:t>
      </w:r>
    </w:p>
    <w:p w14:paraId="31416C6F" w14:textId="77777777" w:rsidR="009F2D0E" w:rsidRDefault="009F2D0E"/>
    <w:p w14:paraId="35E9A2A9" w14:textId="77777777" w:rsidR="009F2D0E" w:rsidRDefault="00FD6253">
      <w:r>
        <w:rPr>
          <w:b/>
          <w:color w:val="004B64"/>
          <w:sz w:val="26"/>
        </w:rPr>
        <w:t>TOP 3: Wahl des Vorstands</w:t>
      </w:r>
    </w:p>
    <w:p w14:paraId="6D55703F" w14:textId="77777777" w:rsidR="008820E5" w:rsidRDefault="00FD6253">
      <w:r>
        <w:t>Die anwesenden Gründungsmitglieder wählen den Vorstand gemäß § 6 der beschlossenen Satzung. Die Wahl erfolgt per Handzeichen (einstimmig):</w:t>
      </w:r>
    </w:p>
    <w:p w14:paraId="66E4F3C6" w14:textId="7868F394" w:rsidR="008820E5" w:rsidRDefault="00FD6253">
      <w:r>
        <w:br/>
      </w:r>
      <w:r>
        <w:br/>
        <w:t>Als 1. Vorsitzende/r wird gewählt: ___________________________________</w:t>
      </w:r>
    </w:p>
    <w:p w14:paraId="5F11FA0B" w14:textId="0BFC3E0B" w:rsidR="009F2D0E" w:rsidRDefault="00FD6253">
      <w:r>
        <w:br/>
        <w:t>Als stellv. Vorsitzende/r wird gewählt: ___________________________________</w:t>
      </w:r>
      <w:r>
        <w:br/>
      </w:r>
      <w:r>
        <w:br/>
        <w:t>Die gewählten Personen nehmen die Wahl jeweils an.</w:t>
      </w:r>
    </w:p>
    <w:p w14:paraId="4FB2713B" w14:textId="77777777" w:rsidR="009F2D0E" w:rsidRDefault="009F2D0E"/>
    <w:p w14:paraId="0BAEBA3B" w14:textId="77777777" w:rsidR="009F2D0E" w:rsidRDefault="00FD6253">
      <w:r>
        <w:rPr>
          <w:b/>
          <w:color w:val="004B64"/>
          <w:sz w:val="26"/>
        </w:rPr>
        <w:t>TOP 4: Beitragsstruktur und Versammlungsende</w:t>
      </w:r>
    </w:p>
    <w:p w14:paraId="492B1C16" w14:textId="77777777" w:rsidR="009F2D0E" w:rsidRDefault="00FD6253">
      <w:r>
        <w:t>Es wird festgehalten, dass die Mitgliedschaft im Verein grundsätzlich beitragsfrei ist. Künftige Projekt- oder Raumkosten werden bedarfsweise per freiwilliger Spende oder Umlage finanziert.</w:t>
      </w:r>
      <w:r>
        <w:br/>
      </w:r>
      <w:r>
        <w:br/>
        <w:t>Da keine weiteren Anträge vorliegen, schließt der/die Versammlungsleiter/in die Gründungsversammlung um 20:30 Uhr.</w:t>
      </w:r>
    </w:p>
    <w:p w14:paraId="15E149BE" w14:textId="77777777" w:rsidR="009F2D0E" w:rsidRDefault="009F2D0E"/>
    <w:p w14:paraId="7ED6B804" w14:textId="77777777" w:rsidR="009F2D0E" w:rsidRDefault="00FD6253">
      <w:r>
        <w:br/>
      </w:r>
      <w:r>
        <w:br/>
        <w:t>Für die Richtigkeit des Protokolls:</w:t>
      </w:r>
      <w:r>
        <w:br/>
      </w:r>
      <w:r>
        <w:br/>
      </w:r>
      <w:r>
        <w:br/>
      </w:r>
      <w:r>
        <w:br/>
      </w:r>
    </w:p>
    <w:p w14:paraId="0E5E61ED" w14:textId="77777777" w:rsidR="009F2D0E" w:rsidRDefault="00FD6253">
      <w:r>
        <w:t>___________________________                  ___________________________</w:t>
      </w:r>
      <w:r>
        <w:br/>
        <w:t>Versammlungsleiter/in                        Protokollführer/in</w:t>
      </w:r>
    </w:p>
    <w:sectPr w:rsidR="009F2D0E" w:rsidSect="00034616">
      <w:footerReference w:type="default" r:id="rId8"/>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78EB1" w14:textId="77777777" w:rsidR="00FD6253" w:rsidRDefault="00FD6253">
      <w:pPr>
        <w:spacing w:after="0" w:line="240" w:lineRule="auto"/>
      </w:pPr>
      <w:r>
        <w:separator/>
      </w:r>
    </w:p>
  </w:endnote>
  <w:endnote w:type="continuationSeparator" w:id="0">
    <w:p w14:paraId="44650093" w14:textId="77777777" w:rsidR="00FD6253" w:rsidRDefault="00FD6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auto"/>
    <w:pitch w:val="variable"/>
    <w:sig w:usb0="E10002FF" w:usb1="4000ACFF" w:usb2="00000009"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809EF" w14:textId="77777777" w:rsidR="009F2D0E" w:rsidRDefault="00FD6253">
    <w:pPr>
      <w:pStyle w:val="Fuzeile"/>
      <w:jc w:val="center"/>
    </w:pPr>
    <w:r>
      <w:rPr>
        <w:color w:val="787878"/>
        <w:sz w:val="16"/>
      </w:rPr>
      <w:t>KreativWerk n.e.V. • Warendorfer Str. 48 • 59320 Ennigerloh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55331" w14:textId="77777777" w:rsidR="00FD6253" w:rsidRDefault="00FD6253">
      <w:pPr>
        <w:spacing w:after="0" w:line="240" w:lineRule="auto"/>
      </w:pPr>
      <w:r>
        <w:separator/>
      </w:r>
    </w:p>
  </w:footnote>
  <w:footnote w:type="continuationSeparator" w:id="0">
    <w:p w14:paraId="1133626D" w14:textId="77777777" w:rsidR="00FD6253" w:rsidRDefault="00FD62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numm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Aufzhlungszeich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Aufzhlungszeich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ufzhlungszeichen"/>
      <w:lvlText w:val=""/>
      <w:lvlJc w:val="left"/>
      <w:pPr>
        <w:tabs>
          <w:tab w:val="num" w:pos="360"/>
        </w:tabs>
        <w:ind w:left="360" w:hanging="360"/>
      </w:pPr>
      <w:rPr>
        <w:rFonts w:ascii="Symbol" w:hAnsi="Symbol" w:hint="default"/>
      </w:rPr>
    </w:lvl>
  </w:abstractNum>
  <w:num w:numId="1" w16cid:durableId="1165322781">
    <w:abstractNumId w:val="8"/>
  </w:num>
  <w:num w:numId="2" w16cid:durableId="1588423786">
    <w:abstractNumId w:val="6"/>
  </w:num>
  <w:num w:numId="3" w16cid:durableId="1107307425">
    <w:abstractNumId w:val="5"/>
  </w:num>
  <w:num w:numId="4" w16cid:durableId="1166360172">
    <w:abstractNumId w:val="4"/>
  </w:num>
  <w:num w:numId="5" w16cid:durableId="378745117">
    <w:abstractNumId w:val="7"/>
  </w:num>
  <w:num w:numId="6" w16cid:durableId="1879392367">
    <w:abstractNumId w:val="3"/>
  </w:num>
  <w:num w:numId="7" w16cid:durableId="957296269">
    <w:abstractNumId w:val="2"/>
  </w:num>
  <w:num w:numId="8" w16cid:durableId="1238712790">
    <w:abstractNumId w:val="1"/>
  </w:num>
  <w:num w:numId="9" w16cid:durableId="1012336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4305"/>
    <w:rsid w:val="00034616"/>
    <w:rsid w:val="0006063C"/>
    <w:rsid w:val="0015074B"/>
    <w:rsid w:val="0029639D"/>
    <w:rsid w:val="002A1F5D"/>
    <w:rsid w:val="00326F90"/>
    <w:rsid w:val="00853EE9"/>
    <w:rsid w:val="008820E5"/>
    <w:rsid w:val="009F2D0E"/>
    <w:rsid w:val="00AA1D8D"/>
    <w:rsid w:val="00B47730"/>
    <w:rsid w:val="00CB0664"/>
    <w:rsid w:val="00FC693F"/>
    <w:rsid w:val="00FD62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0D7E6B"/>
  <w14:defaultImageDpi w14:val="300"/>
  <w15:docId w15:val="{44DDDF86-F1B6-B64D-B0B3-7E64BE066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693F"/>
  </w:style>
  <w:style w:type="paragraph" w:styleId="berschrift1">
    <w:name w:val="heading 1"/>
    <w:basedOn w:val="Standard"/>
    <w:next w:val="Standard"/>
    <w:link w:val="berschrift1Zchn"/>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erschrift9">
    <w:name w:val="heading 9"/>
    <w:basedOn w:val="Standard"/>
    <w:next w:val="Standard"/>
    <w:link w:val="berschrift9Zchn"/>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618BF"/>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E618BF"/>
  </w:style>
  <w:style w:type="paragraph" w:styleId="Fuzeile">
    <w:name w:val="footer"/>
    <w:basedOn w:val="Standard"/>
    <w:link w:val="FuzeileZchn"/>
    <w:uiPriority w:val="99"/>
    <w:unhideWhenUsed/>
    <w:rsid w:val="00E618BF"/>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E618BF"/>
  </w:style>
  <w:style w:type="paragraph" w:styleId="KeinLeerraum">
    <w:name w:val="No Spacing"/>
    <w:uiPriority w:val="1"/>
    <w:qFormat/>
    <w:rsid w:val="00FC693F"/>
    <w:pPr>
      <w:spacing w:after="0" w:line="240" w:lineRule="auto"/>
    </w:pPr>
  </w:style>
  <w:style w:type="character" w:customStyle="1" w:styleId="berschrift1Zchn">
    <w:name w:val="Überschrift 1 Zchn"/>
    <w:basedOn w:val="Absatz-Standardschriftart"/>
    <w:link w:val="berschrift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C693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C693F"/>
    <w:rPr>
      <w:rFonts w:asciiTheme="majorHAnsi" w:eastAsiaTheme="majorEastAsia" w:hAnsiTheme="majorHAnsi" w:cstheme="majorBidi"/>
      <w:b/>
      <w:bCs/>
      <w:color w:val="4F81BD" w:themeColor="accent1"/>
    </w:rPr>
  </w:style>
  <w:style w:type="paragraph" w:styleId="Titel">
    <w:name w:val="Title"/>
    <w:basedOn w:val="Standard"/>
    <w:next w:val="Standard"/>
    <w:link w:val="TitelZchn"/>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Untertitel">
    <w:name w:val="Subtitle"/>
    <w:basedOn w:val="Standard"/>
    <w:next w:val="Standard"/>
    <w:link w:val="UntertitelZchn"/>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FC693F"/>
    <w:rPr>
      <w:rFonts w:asciiTheme="majorHAnsi" w:eastAsiaTheme="majorEastAsia" w:hAnsiTheme="majorHAnsi" w:cstheme="majorBidi"/>
      <w:i/>
      <w:iCs/>
      <w:color w:val="4F81BD" w:themeColor="accent1"/>
      <w:spacing w:val="15"/>
      <w:sz w:val="24"/>
      <w:szCs w:val="24"/>
    </w:rPr>
  </w:style>
  <w:style w:type="paragraph" w:styleId="Listenabsatz">
    <w:name w:val="List Paragraph"/>
    <w:basedOn w:val="Standard"/>
    <w:uiPriority w:val="34"/>
    <w:qFormat/>
    <w:rsid w:val="00FC693F"/>
    <w:pPr>
      <w:ind w:left="720"/>
      <w:contextualSpacing/>
    </w:pPr>
  </w:style>
  <w:style w:type="paragraph" w:styleId="Textkrper">
    <w:name w:val="Body Text"/>
    <w:basedOn w:val="Standard"/>
    <w:link w:val="TextkrperZchn"/>
    <w:uiPriority w:val="99"/>
    <w:unhideWhenUsed/>
    <w:rsid w:val="00AA1D8D"/>
    <w:pPr>
      <w:spacing w:after="120"/>
    </w:pPr>
  </w:style>
  <w:style w:type="character" w:customStyle="1" w:styleId="TextkrperZchn">
    <w:name w:val="Textkörper Zchn"/>
    <w:basedOn w:val="Absatz-Standardschriftart"/>
    <w:link w:val="Textkrper"/>
    <w:uiPriority w:val="99"/>
    <w:rsid w:val="00AA1D8D"/>
  </w:style>
  <w:style w:type="paragraph" w:styleId="Textkrper2">
    <w:name w:val="Body Text 2"/>
    <w:basedOn w:val="Standard"/>
    <w:link w:val="Textkrper2Zchn"/>
    <w:uiPriority w:val="99"/>
    <w:unhideWhenUsed/>
    <w:rsid w:val="00AA1D8D"/>
    <w:pPr>
      <w:spacing w:after="120" w:line="480" w:lineRule="auto"/>
    </w:pPr>
  </w:style>
  <w:style w:type="character" w:customStyle="1" w:styleId="Textkrper2Zchn">
    <w:name w:val="Textkörper 2 Zchn"/>
    <w:basedOn w:val="Absatz-Standardschriftart"/>
    <w:link w:val="Textkrper2"/>
    <w:uiPriority w:val="99"/>
    <w:rsid w:val="00AA1D8D"/>
  </w:style>
  <w:style w:type="paragraph" w:styleId="Textkrper3">
    <w:name w:val="Body Text 3"/>
    <w:basedOn w:val="Standard"/>
    <w:link w:val="Textkrper3Zchn"/>
    <w:uiPriority w:val="99"/>
    <w:unhideWhenUsed/>
    <w:rsid w:val="00AA1D8D"/>
    <w:pPr>
      <w:spacing w:after="120"/>
    </w:pPr>
    <w:rPr>
      <w:sz w:val="16"/>
      <w:szCs w:val="16"/>
    </w:rPr>
  </w:style>
  <w:style w:type="character" w:customStyle="1" w:styleId="Textkrper3Zchn">
    <w:name w:val="Textkörper 3 Zchn"/>
    <w:basedOn w:val="Absatz-Standardschriftart"/>
    <w:link w:val="Textkrper3"/>
    <w:uiPriority w:val="99"/>
    <w:rsid w:val="00AA1D8D"/>
    <w:rPr>
      <w:sz w:val="16"/>
      <w:szCs w:val="16"/>
    </w:rPr>
  </w:style>
  <w:style w:type="paragraph" w:styleId="Liste">
    <w:name w:val="List"/>
    <w:basedOn w:val="Standard"/>
    <w:uiPriority w:val="99"/>
    <w:unhideWhenUsed/>
    <w:rsid w:val="00AA1D8D"/>
    <w:pPr>
      <w:ind w:left="360" w:hanging="360"/>
      <w:contextualSpacing/>
    </w:pPr>
  </w:style>
  <w:style w:type="paragraph" w:styleId="Liste2">
    <w:name w:val="List 2"/>
    <w:basedOn w:val="Standard"/>
    <w:uiPriority w:val="99"/>
    <w:unhideWhenUsed/>
    <w:rsid w:val="00326F90"/>
    <w:pPr>
      <w:ind w:left="720" w:hanging="360"/>
      <w:contextualSpacing/>
    </w:pPr>
  </w:style>
  <w:style w:type="paragraph" w:styleId="Liste3">
    <w:name w:val="List 3"/>
    <w:basedOn w:val="Standard"/>
    <w:uiPriority w:val="99"/>
    <w:unhideWhenUsed/>
    <w:rsid w:val="00326F90"/>
    <w:pPr>
      <w:ind w:left="1080" w:hanging="360"/>
      <w:contextualSpacing/>
    </w:pPr>
  </w:style>
  <w:style w:type="paragraph" w:styleId="Aufzhlungszeichen">
    <w:name w:val="List Bullet"/>
    <w:basedOn w:val="Standard"/>
    <w:uiPriority w:val="99"/>
    <w:unhideWhenUsed/>
    <w:rsid w:val="00326F90"/>
    <w:pPr>
      <w:numPr>
        <w:numId w:val="1"/>
      </w:numPr>
      <w:contextualSpacing/>
    </w:pPr>
  </w:style>
  <w:style w:type="paragraph" w:styleId="Aufzhlungszeichen2">
    <w:name w:val="List Bullet 2"/>
    <w:basedOn w:val="Standard"/>
    <w:uiPriority w:val="99"/>
    <w:unhideWhenUsed/>
    <w:rsid w:val="00326F90"/>
    <w:pPr>
      <w:numPr>
        <w:numId w:val="2"/>
      </w:numPr>
      <w:contextualSpacing/>
    </w:pPr>
  </w:style>
  <w:style w:type="paragraph" w:styleId="Aufzhlungszeichen3">
    <w:name w:val="List Bullet 3"/>
    <w:basedOn w:val="Standard"/>
    <w:uiPriority w:val="99"/>
    <w:unhideWhenUsed/>
    <w:rsid w:val="00326F90"/>
    <w:pPr>
      <w:numPr>
        <w:numId w:val="3"/>
      </w:numPr>
      <w:contextualSpacing/>
    </w:pPr>
  </w:style>
  <w:style w:type="paragraph" w:styleId="Listennummer">
    <w:name w:val="List Number"/>
    <w:basedOn w:val="Standard"/>
    <w:uiPriority w:val="99"/>
    <w:unhideWhenUsed/>
    <w:rsid w:val="00326F90"/>
    <w:pPr>
      <w:numPr>
        <w:numId w:val="5"/>
      </w:numPr>
      <w:contextualSpacing/>
    </w:pPr>
  </w:style>
  <w:style w:type="paragraph" w:styleId="Listennummer2">
    <w:name w:val="List Number 2"/>
    <w:basedOn w:val="Standard"/>
    <w:uiPriority w:val="99"/>
    <w:unhideWhenUsed/>
    <w:rsid w:val="0029639D"/>
    <w:pPr>
      <w:numPr>
        <w:numId w:val="6"/>
      </w:numPr>
      <w:contextualSpacing/>
    </w:pPr>
  </w:style>
  <w:style w:type="paragraph" w:styleId="Listennummer3">
    <w:name w:val="List Number 3"/>
    <w:basedOn w:val="Standard"/>
    <w:uiPriority w:val="99"/>
    <w:unhideWhenUsed/>
    <w:rsid w:val="0029639D"/>
    <w:pPr>
      <w:numPr>
        <w:numId w:val="7"/>
      </w:numPr>
      <w:contextualSpacing/>
    </w:pPr>
  </w:style>
  <w:style w:type="paragraph" w:styleId="Listenfortsetzung">
    <w:name w:val="List Continue"/>
    <w:basedOn w:val="Standard"/>
    <w:uiPriority w:val="99"/>
    <w:unhideWhenUsed/>
    <w:rsid w:val="0029639D"/>
    <w:pPr>
      <w:spacing w:after="120"/>
      <w:ind w:left="360"/>
      <w:contextualSpacing/>
    </w:pPr>
  </w:style>
  <w:style w:type="paragraph" w:styleId="Listenfortsetzung2">
    <w:name w:val="List Continue 2"/>
    <w:basedOn w:val="Standard"/>
    <w:uiPriority w:val="99"/>
    <w:unhideWhenUsed/>
    <w:rsid w:val="0029639D"/>
    <w:pPr>
      <w:spacing w:after="120"/>
      <w:ind w:left="720"/>
      <w:contextualSpacing/>
    </w:pPr>
  </w:style>
  <w:style w:type="paragraph" w:styleId="Listenfortsetzung3">
    <w:name w:val="List Continue 3"/>
    <w:basedOn w:val="Standard"/>
    <w:uiPriority w:val="99"/>
    <w:unhideWhenUsed/>
    <w:rsid w:val="0029639D"/>
    <w:pPr>
      <w:spacing w:after="120"/>
      <w:ind w:left="1080"/>
      <w:contextualSpacing/>
    </w:pPr>
  </w:style>
  <w:style w:type="paragraph" w:styleId="Makrotext">
    <w:name w:val="macro"/>
    <w:link w:val="MakrotextZchn"/>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xtZchn">
    <w:name w:val="Makrotext Zchn"/>
    <w:basedOn w:val="Absatz-Standardschriftart"/>
    <w:link w:val="Makrotext"/>
    <w:uiPriority w:val="99"/>
    <w:rsid w:val="0029639D"/>
    <w:rPr>
      <w:rFonts w:ascii="Courier" w:hAnsi="Courier"/>
      <w:sz w:val="20"/>
      <w:szCs w:val="20"/>
    </w:rPr>
  </w:style>
  <w:style w:type="paragraph" w:styleId="Zitat">
    <w:name w:val="Quote"/>
    <w:basedOn w:val="Standard"/>
    <w:next w:val="Standard"/>
    <w:link w:val="ZitatZchn"/>
    <w:uiPriority w:val="29"/>
    <w:qFormat/>
    <w:rsid w:val="00FC693F"/>
    <w:rPr>
      <w:i/>
      <w:iCs/>
      <w:color w:val="000000" w:themeColor="text1"/>
    </w:rPr>
  </w:style>
  <w:style w:type="character" w:customStyle="1" w:styleId="ZitatZchn">
    <w:name w:val="Zitat Zchn"/>
    <w:basedOn w:val="Absatz-Standardschriftart"/>
    <w:link w:val="Zitat"/>
    <w:uiPriority w:val="29"/>
    <w:rsid w:val="00FC693F"/>
    <w:rPr>
      <w:i/>
      <w:iCs/>
      <w:color w:val="000000" w:themeColor="text1"/>
    </w:rPr>
  </w:style>
  <w:style w:type="character" w:customStyle="1" w:styleId="berschrift4Zchn">
    <w:name w:val="Überschrift 4 Zchn"/>
    <w:basedOn w:val="Absatz-Standardschriftart"/>
    <w:link w:val="berschrift4"/>
    <w:uiPriority w:val="9"/>
    <w:semiHidden/>
    <w:rsid w:val="00FC693F"/>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FC693F"/>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FC693F"/>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FC693F"/>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FC693F"/>
    <w:rPr>
      <w:rFonts w:asciiTheme="majorHAnsi" w:eastAsiaTheme="majorEastAsia" w:hAnsiTheme="majorHAnsi" w:cstheme="majorBidi"/>
      <w:color w:val="4F81BD" w:themeColor="accent1"/>
      <w:sz w:val="20"/>
      <w:szCs w:val="20"/>
    </w:rPr>
  </w:style>
  <w:style w:type="character" w:customStyle="1" w:styleId="berschrift9Zchn">
    <w:name w:val="Überschrift 9 Zchn"/>
    <w:basedOn w:val="Absatz-Standardschriftart"/>
    <w:link w:val="berschrift9"/>
    <w:uiPriority w:val="9"/>
    <w:semiHidden/>
    <w:rsid w:val="00FC693F"/>
    <w:rPr>
      <w:rFonts w:asciiTheme="majorHAnsi" w:eastAsiaTheme="majorEastAsia" w:hAnsiTheme="majorHAnsi" w:cstheme="majorBidi"/>
      <w:i/>
      <w:iCs/>
      <w:color w:val="404040" w:themeColor="text1" w:themeTint="BF"/>
      <w:sz w:val="20"/>
      <w:szCs w:val="20"/>
    </w:rPr>
  </w:style>
  <w:style w:type="paragraph" w:styleId="Beschriftung">
    <w:name w:val="caption"/>
    <w:basedOn w:val="Standard"/>
    <w:next w:val="Standard"/>
    <w:uiPriority w:val="35"/>
    <w:semiHidden/>
    <w:unhideWhenUsed/>
    <w:qFormat/>
    <w:rsid w:val="00FC693F"/>
    <w:pPr>
      <w:spacing w:line="240" w:lineRule="auto"/>
    </w:pPr>
    <w:rPr>
      <w:b/>
      <w:bCs/>
      <w:color w:val="4F81BD" w:themeColor="accent1"/>
      <w:sz w:val="18"/>
      <w:szCs w:val="18"/>
    </w:rPr>
  </w:style>
  <w:style w:type="character" w:styleId="Fett">
    <w:name w:val="Strong"/>
    <w:basedOn w:val="Absatz-Standardschriftart"/>
    <w:uiPriority w:val="22"/>
    <w:qFormat/>
    <w:rsid w:val="00FC693F"/>
    <w:rPr>
      <w:b/>
      <w:bCs/>
    </w:rPr>
  </w:style>
  <w:style w:type="character" w:styleId="Hervorhebung">
    <w:name w:val="Emphasis"/>
    <w:basedOn w:val="Absatz-Standardschriftart"/>
    <w:uiPriority w:val="20"/>
    <w:qFormat/>
    <w:rsid w:val="00FC693F"/>
    <w:rPr>
      <w:i/>
      <w:iCs/>
    </w:rPr>
  </w:style>
  <w:style w:type="paragraph" w:styleId="IntensivesZitat">
    <w:name w:val="Intense Quote"/>
    <w:basedOn w:val="Standard"/>
    <w:next w:val="Standard"/>
    <w:link w:val="IntensivesZitatZchn"/>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FC693F"/>
    <w:rPr>
      <w:b/>
      <w:bCs/>
      <w:i/>
      <w:iCs/>
      <w:color w:val="4F81BD" w:themeColor="accent1"/>
    </w:rPr>
  </w:style>
  <w:style w:type="character" w:styleId="SchwacheHervorhebung">
    <w:name w:val="Subtle Emphasis"/>
    <w:basedOn w:val="Absatz-Standardschriftart"/>
    <w:uiPriority w:val="19"/>
    <w:qFormat/>
    <w:rsid w:val="00FC693F"/>
    <w:rPr>
      <w:i/>
      <w:iCs/>
      <w:color w:val="808080" w:themeColor="text1" w:themeTint="7F"/>
    </w:rPr>
  </w:style>
  <w:style w:type="character" w:styleId="IntensiveHervorhebung">
    <w:name w:val="Intense Emphasis"/>
    <w:basedOn w:val="Absatz-Standardschriftart"/>
    <w:uiPriority w:val="21"/>
    <w:qFormat/>
    <w:rsid w:val="00FC693F"/>
    <w:rPr>
      <w:b/>
      <w:bCs/>
      <w:i/>
      <w:iCs/>
      <w:color w:val="4F81BD" w:themeColor="accent1"/>
    </w:rPr>
  </w:style>
  <w:style w:type="character" w:styleId="SchwacherVerweis">
    <w:name w:val="Subtle Reference"/>
    <w:basedOn w:val="Absatz-Standardschriftart"/>
    <w:uiPriority w:val="31"/>
    <w:qFormat/>
    <w:rsid w:val="00FC693F"/>
    <w:rPr>
      <w:smallCaps/>
      <w:color w:val="C0504D" w:themeColor="accent2"/>
      <w:u w:val="single"/>
    </w:rPr>
  </w:style>
  <w:style w:type="character" w:styleId="IntensiverVerweis">
    <w:name w:val="Intense Reference"/>
    <w:basedOn w:val="Absatz-Standardschriftart"/>
    <w:uiPriority w:val="32"/>
    <w:qFormat/>
    <w:rsid w:val="00FC693F"/>
    <w:rPr>
      <w:b/>
      <w:bCs/>
      <w:smallCaps/>
      <w:color w:val="C0504D" w:themeColor="accent2"/>
      <w:spacing w:val="5"/>
      <w:u w:val="single"/>
    </w:rPr>
  </w:style>
  <w:style w:type="character" w:styleId="Buchtitel">
    <w:name w:val="Book Title"/>
    <w:basedOn w:val="Absatz-Standardschriftart"/>
    <w:uiPriority w:val="33"/>
    <w:qFormat/>
    <w:rsid w:val="00FC693F"/>
    <w:rPr>
      <w:b/>
      <w:bCs/>
      <w:smallCaps/>
      <w:spacing w:val="5"/>
    </w:rPr>
  </w:style>
  <w:style w:type="paragraph" w:styleId="Inhaltsverzeichnisberschrift">
    <w:name w:val="TOC Heading"/>
    <w:basedOn w:val="berschrift1"/>
    <w:next w:val="Standard"/>
    <w:uiPriority w:val="39"/>
    <w:semiHidden/>
    <w:unhideWhenUsed/>
    <w:qFormat/>
    <w:rsid w:val="00FC693F"/>
    <w:pPr>
      <w:outlineLvl w:val="9"/>
    </w:pPr>
  </w:style>
  <w:style w:type="table" w:styleId="Tabellenraster">
    <w:name w:val="Table Grid"/>
    <w:basedOn w:val="NormaleTabel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chattierung">
    <w:name w:val="Light Shading"/>
    <w:basedOn w:val="NormaleTabel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Liste">
    <w:name w:val="Light List"/>
    <w:basedOn w:val="NormaleTabel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Raster">
    <w:name w:val="Light Grid"/>
    <w:basedOn w:val="NormaleTabel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ittlereSchattierung1">
    <w:name w:val="Medium Shading 1"/>
    <w:basedOn w:val="NormaleTabel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Liste1">
    <w:name w:val="Medium List 1"/>
    <w:basedOn w:val="NormaleTabel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Raster1">
    <w:name w:val="Medium Grid 1"/>
    <w:basedOn w:val="NormaleTabel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unkleListe">
    <w:name w:val="Dark List"/>
    <w:basedOn w:val="NormaleTabel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bigeSchattierung">
    <w:name w:val="Colorful Shading"/>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Liste">
    <w:name w:val="Colorful List"/>
    <w:basedOn w:val="NormaleTabel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Raster">
    <w:name w:val="Colorful Grid"/>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287</Words>
  <Characters>1813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Tobias Pohlmann</cp:lastModifiedBy>
  <cp:revision>3</cp:revision>
  <dcterms:created xsi:type="dcterms:W3CDTF">2026-05-17T10:32:00Z</dcterms:created>
  <dcterms:modified xsi:type="dcterms:W3CDTF">2026-08-08T09:45:00Z</dcterms:modified>
  <cp:category/>
</cp:coreProperties>
</file>